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D3EC1" w:rsidRPr="001F3B0D" w:rsidRDefault="00000000">
      <w:pPr>
        <w:jc w:val="center"/>
        <w:rPr>
          <w:lang w:val="ru-RU"/>
        </w:rPr>
      </w:pPr>
      <w:r w:rsidRPr="001F3B0D">
        <w:rPr>
          <w:b/>
          <w:sz w:val="28"/>
          <w:lang w:val="ru-RU"/>
        </w:rPr>
        <w:t>СОГЛАСИЕ</w:t>
      </w:r>
    </w:p>
    <w:p w:rsidR="00ED3EC1" w:rsidRPr="001F3B0D" w:rsidRDefault="00000000">
      <w:pPr>
        <w:jc w:val="center"/>
        <w:rPr>
          <w:lang w:val="ru-RU"/>
        </w:rPr>
      </w:pPr>
      <w:r w:rsidRPr="001F3B0D">
        <w:rPr>
          <w:b/>
          <w:lang w:val="ru-RU"/>
        </w:rPr>
        <w:t>на обработку персональных данных участника конкурса</w:t>
      </w:r>
      <w:r w:rsidRPr="001F3B0D">
        <w:rPr>
          <w:b/>
          <w:lang w:val="ru-RU"/>
        </w:rPr>
        <w:br/>
        <w:t>профессионального мастерства среди адвокатов</w:t>
      </w:r>
    </w:p>
    <w:p w:rsidR="00ED3EC1" w:rsidRPr="001F3B0D" w:rsidRDefault="00000000">
      <w:pPr>
        <w:rPr>
          <w:lang w:val="ru-RU"/>
        </w:rPr>
      </w:pPr>
      <w:r w:rsidRPr="001F3B0D">
        <w:rPr>
          <w:lang w:val="ru-RU"/>
        </w:rPr>
        <w:t>Я, ____________________________________________________________________,</w:t>
      </w:r>
      <w:r w:rsidRPr="001F3B0D">
        <w:rPr>
          <w:lang w:val="ru-RU"/>
        </w:rPr>
        <w:br/>
        <w:t>(фамилия, имя, отчество)</w:t>
      </w:r>
    </w:p>
    <w:p w:rsidR="00ED3EC1" w:rsidRPr="001F3B0D" w:rsidRDefault="00000000">
      <w:pPr>
        <w:rPr>
          <w:lang w:val="ru-RU"/>
        </w:rPr>
      </w:pPr>
      <w:r w:rsidRPr="001F3B0D">
        <w:rPr>
          <w:lang w:val="ru-RU"/>
        </w:rPr>
        <w:t>адвокат, представляющий __________________________________________________,</w:t>
      </w:r>
      <w:r w:rsidRPr="001F3B0D">
        <w:rPr>
          <w:lang w:val="ru-RU"/>
        </w:rPr>
        <w:br/>
        <w:t>(наименование адвокатского образования)</w:t>
      </w:r>
    </w:p>
    <w:p w:rsidR="00ED3EC1" w:rsidRPr="001F3B0D" w:rsidRDefault="00000000">
      <w:pPr>
        <w:rPr>
          <w:lang w:val="ru-RU"/>
        </w:rPr>
      </w:pPr>
      <w:r w:rsidRPr="001F3B0D">
        <w:rPr>
          <w:lang w:val="ru-RU"/>
        </w:rPr>
        <w:t>Контактный телефон: _____________________________________________________</w:t>
      </w:r>
    </w:p>
    <w:p w:rsidR="00ED3EC1" w:rsidRPr="001F3B0D" w:rsidRDefault="00000000">
      <w:pPr>
        <w:rPr>
          <w:lang w:val="ru-RU"/>
        </w:rPr>
      </w:pPr>
      <w:r w:rsidRPr="001F3B0D">
        <w:rPr>
          <w:lang w:val="ru-RU"/>
        </w:rPr>
        <w:t>Адрес электронной почты: __________________________________________________</w:t>
      </w:r>
    </w:p>
    <w:p w:rsidR="00ED3EC1" w:rsidRPr="001F3B0D" w:rsidRDefault="00000000">
      <w:pPr>
        <w:rPr>
          <w:lang w:val="ru-RU"/>
        </w:rPr>
      </w:pPr>
      <w:r w:rsidRPr="001F3B0D">
        <w:rPr>
          <w:lang w:val="ru-RU"/>
        </w:rPr>
        <w:t>Сведения об удостоверении адвоката: № __________, выдано ______________________</w:t>
      </w:r>
      <w:r w:rsidRPr="001F3B0D">
        <w:rPr>
          <w:lang w:val="ru-RU"/>
        </w:rPr>
        <w:br/>
        <w:t>________________________________________________________________________</w:t>
      </w:r>
    </w:p>
    <w:p w:rsidR="00ED3EC1" w:rsidRPr="001F3B0D" w:rsidRDefault="00000000">
      <w:pPr>
        <w:rPr>
          <w:lang w:val="ru-RU"/>
        </w:rPr>
      </w:pPr>
      <w:r w:rsidRPr="001F3B0D">
        <w:rPr>
          <w:lang w:val="ru-RU"/>
        </w:rPr>
        <w:t>руководствуясь Федеральным законом от 27.07.2006 № 152-ФЗ «О персональных данных», свободно, своей волей и в своем интересе даю согласие Негосударственной некоммерческой организации «Адвокатская палата города Москвы», адрес: 119002, г. Москва, переулок Сивцев Вражек, д. 43 (далее — Оператор), на обработку моих персональных данных в целях регистрации и учета участников конкурса профессионального мастерства среди адвокатов, проверки наличия статуса адвоката, организации и проведения конкурса, взаимодействия с участниками, работы конкурсной комиссии и жюри, подведения итогов, а также оформления документов, связанных с участием в конкурсе и награждением победителей и призеров.</w:t>
      </w:r>
    </w:p>
    <w:p w:rsidR="00ED3EC1" w:rsidRPr="001F3B0D" w:rsidRDefault="00000000">
      <w:pPr>
        <w:spacing w:before="80"/>
        <w:rPr>
          <w:lang w:val="ru-RU"/>
        </w:rPr>
      </w:pPr>
      <w:r w:rsidRPr="001F3B0D">
        <w:rPr>
          <w:b/>
          <w:lang w:val="ru-RU"/>
        </w:rPr>
        <w:t>1. Перечень персональных данных</w:t>
      </w:r>
    </w:p>
    <w:p w:rsidR="00ED3EC1" w:rsidRPr="001F3B0D" w:rsidRDefault="00000000">
      <w:pPr>
        <w:rPr>
          <w:lang w:val="ru-RU"/>
        </w:rPr>
      </w:pPr>
      <w:r w:rsidRPr="001F3B0D">
        <w:rPr>
          <w:lang w:val="ru-RU"/>
        </w:rPr>
        <w:t>Фамилия, имя, отчество; контактный телефон; адрес электронной почты; сведения об удостоверении адвоката, включая его номер, дату выдачи и сведения об органе, выдавшем удостоверение; наименование адвокатского образования, представителем которого является участник.</w:t>
      </w:r>
    </w:p>
    <w:p w:rsidR="00ED3EC1" w:rsidRPr="001F3B0D" w:rsidRDefault="00000000">
      <w:pPr>
        <w:spacing w:before="80"/>
        <w:rPr>
          <w:lang w:val="ru-RU"/>
        </w:rPr>
      </w:pPr>
      <w:r w:rsidRPr="001F3B0D">
        <w:rPr>
          <w:b/>
          <w:lang w:val="ru-RU"/>
        </w:rPr>
        <w:t>2. Действия с персональными данными и способы обработки</w:t>
      </w:r>
    </w:p>
    <w:p w:rsidR="00ED3EC1" w:rsidRPr="001F3B0D" w:rsidRDefault="00000000">
      <w:pPr>
        <w:rPr>
          <w:lang w:val="ru-RU"/>
        </w:rPr>
      </w:pPr>
      <w:r w:rsidRPr="001F3B0D">
        <w:rPr>
          <w:lang w:val="ru-RU"/>
        </w:rPr>
        <w:t>Обработка включает сбор, запись, систематизацию, накопление, хранение, уточнение (обновление, изменение), извлечение, использование, предоставление доступа членам организационного комитета, конкурсной комиссии и жюри в пределах их полномочий. Обработка осуществляется с использованием средств автоматизации и без использования таких средств.</w:t>
      </w:r>
    </w:p>
    <w:p w:rsidR="00ED3EC1" w:rsidRPr="001F3B0D" w:rsidRDefault="00000000">
      <w:pPr>
        <w:spacing w:before="80"/>
        <w:rPr>
          <w:lang w:val="ru-RU"/>
        </w:rPr>
      </w:pPr>
      <w:r w:rsidRPr="001F3B0D">
        <w:rPr>
          <w:b/>
          <w:lang w:val="ru-RU"/>
        </w:rPr>
        <w:t>3. Передача и распространение персональных данных</w:t>
      </w:r>
    </w:p>
    <w:p w:rsidR="00ED3EC1" w:rsidRPr="001F3B0D" w:rsidRDefault="00000000">
      <w:pPr>
        <w:rPr>
          <w:lang w:val="ru-RU"/>
        </w:rPr>
      </w:pPr>
      <w:r w:rsidRPr="001F3B0D">
        <w:rPr>
          <w:lang w:val="ru-RU"/>
        </w:rPr>
        <w:t xml:space="preserve">Предоставление доступа к персональным данным членам организационного комитета, конкурсной комиссии и жюри допускается в объеме, необходимом для проведения конкурса и в пределах их полномочий. </w:t>
      </w:r>
    </w:p>
    <w:p w:rsidR="00ED3EC1" w:rsidRPr="001F3B0D" w:rsidRDefault="00ED3EC1">
      <w:pPr>
        <w:rPr>
          <w:lang w:val="ru-RU"/>
        </w:rPr>
      </w:pPr>
    </w:p>
    <w:p w:rsidR="00ED3EC1" w:rsidRPr="001F3B0D" w:rsidRDefault="00000000">
      <w:pPr>
        <w:rPr>
          <w:lang w:val="ru-RU"/>
        </w:rPr>
      </w:pPr>
      <w:r w:rsidRPr="001F3B0D">
        <w:rPr>
          <w:lang w:val="ru-RU"/>
        </w:rPr>
        <w:t>Ф. И. О.: _______________________________________________________________</w:t>
      </w:r>
    </w:p>
    <w:p w:rsidR="00ED3EC1" w:rsidRPr="001F3B0D" w:rsidRDefault="00000000">
      <w:pPr>
        <w:rPr>
          <w:lang w:val="ru-RU"/>
        </w:rPr>
      </w:pPr>
      <w:r w:rsidRPr="001F3B0D">
        <w:rPr>
          <w:lang w:val="ru-RU"/>
        </w:rPr>
        <w:t>Подпись: __________________________</w:t>
      </w:r>
    </w:p>
    <w:p w:rsidR="00ED3EC1" w:rsidRPr="001F3B0D" w:rsidRDefault="00000000">
      <w:pPr>
        <w:rPr>
          <w:lang w:val="ru-RU"/>
        </w:rPr>
      </w:pPr>
      <w:r w:rsidRPr="001F3B0D">
        <w:rPr>
          <w:lang w:val="ru-RU"/>
        </w:rPr>
        <w:t>Дата: «____» ______________ 20____ г.</w:t>
      </w:r>
    </w:p>
    <w:sectPr w:rsidR="00ED3EC1" w:rsidRPr="001F3B0D" w:rsidSect="001F3B0D">
      <w:pgSz w:w="12240" w:h="15840"/>
      <w:pgMar w:top="546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7020358">
    <w:abstractNumId w:val="8"/>
  </w:num>
  <w:num w:numId="2" w16cid:durableId="1735005614">
    <w:abstractNumId w:val="6"/>
  </w:num>
  <w:num w:numId="3" w16cid:durableId="1258488380">
    <w:abstractNumId w:val="5"/>
  </w:num>
  <w:num w:numId="4" w16cid:durableId="2117872348">
    <w:abstractNumId w:val="4"/>
  </w:num>
  <w:num w:numId="5" w16cid:durableId="617838492">
    <w:abstractNumId w:val="7"/>
  </w:num>
  <w:num w:numId="6" w16cid:durableId="1300451578">
    <w:abstractNumId w:val="3"/>
  </w:num>
  <w:num w:numId="7" w16cid:durableId="826626197">
    <w:abstractNumId w:val="2"/>
  </w:num>
  <w:num w:numId="8" w16cid:durableId="373385696">
    <w:abstractNumId w:val="1"/>
  </w:num>
  <w:num w:numId="9" w16cid:durableId="338392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3B0D"/>
    <w:rsid w:val="0029639D"/>
    <w:rsid w:val="00326F90"/>
    <w:rsid w:val="00AA1D8D"/>
    <w:rsid w:val="00B47730"/>
    <w:rsid w:val="00CB0664"/>
    <w:rsid w:val="00ED3E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8B55E3"/>
  <w14:defaultImageDpi w14:val="300"/>
  <w15:docId w15:val="{FF84FFCA-0B55-5147-9BAC-748A4C6DF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2026-10-22T07:56:00Z</dcterms:created>
  <dcterms:modified xsi:type="dcterms:W3CDTF">2026-10-22T07:56:00Z</dcterms:modified>
  <cp:category/>
</cp:coreProperties>
</file>